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63B65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63B65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63B65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for Experienced Professionals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