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c>
          <w:tcPr>
            <w:tcW w:type="dxa" w:w="2880"/>
            <w:shd w:fill="B04A5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140"/>
            </w:pPr>
            <w:r>
              <w:rPr>
                <w:rFonts w:ascii="Aptos Display" w:hAnsi="Aptos Display"/>
                <w:b/>
                <w:color w:val="FFFFFF"/>
                <w:sz w:val="36"/>
              </w:rPr>
              <w:t>[FULL NAME]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[PROFESSIONAL HEADLINE]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[City, Country]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[Phone]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[Email]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[LinkedIn / Portfolio]</w:t>
            </w:r>
          </w:p>
        </w:tc>
        <w:tc>
          <w:tcPr>
            <w:tcW w:type="dxa" w:w="6768"/>
            <w:tcMar>
              <w:top w:w="120" w:type="dxa"/>
              <w:start w:w="220" w:type="dxa"/>
              <w:bottom w:w="120" w:type="dxa"/>
              <w:end w:w="100" w:type="dxa"/>
            </w:tcMar>
          </w:tcPr>
          <w:p>
            <w:pPr>
              <w:spacing w:after="40"/>
            </w:pPr>
            <w:r>
              <w:rPr>
                <w:b/>
                <w:color w:val="B04A5A"/>
                <w:sz w:val="20"/>
              </w:rPr>
              <w:t>PROFESSIONAL PROFILE</w:t>
            </w:r>
          </w:p>
          <w:p>
            <w:pPr>
              <w:spacing w:after="160"/>
            </w:pPr>
            <w:r>
              <w:t>[Write a concise, truthful summary tailored to the target role. Highlight strengths, relevant experience and the value you offer.]</w:t>
            </w:r>
          </w:p>
          <w:p>
            <w:pPr>
              <w:spacing w:before="180" w:after="80"/>
              <w:pBdr>
                <w:bottom w:val="single" w:sz="10" w:space="3" w:color="B04A5A"/>
              </w:pBdr>
            </w:pPr>
            <w:r>
              <w:rPr>
                <w:rFonts w:ascii="Aptos" w:hAnsi="Aptos"/>
                <w:b/>
                <w:color w:val="B04A5A"/>
                <w:sz w:val="20"/>
              </w:rPr>
              <w:t>EXPERIENCE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B04A5A"/>
                <w:sz w:val="19"/>
              </w:rPr>
              <w:t>[Job Title] · [Employer] · [Dates]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[Describe a relevant responsibility or verified achievement.]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[Add a second result, task or tool you used.]</w:t>
            </w:r>
          </w:p>
          <w:p>
            <w:pPr>
              <w:spacing w:before="180" w:after="80"/>
              <w:pBdr>
                <w:bottom w:val="single" w:sz="10" w:space="3" w:color="B04A5A"/>
              </w:pBdr>
            </w:pPr>
            <w:r>
              <w:rPr>
                <w:rFonts w:ascii="Aptos" w:hAnsi="Aptos"/>
                <w:b/>
                <w:color w:val="B04A5A"/>
                <w:sz w:val="20"/>
              </w:rPr>
              <w:t>EDUCATION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202939"/>
                <w:sz w:val="18"/>
              </w:rPr>
              <w:t>[Qualification] · [Institution] · [Year]</w:t>
            </w:r>
          </w:p>
          <w:p>
            <w:pPr>
              <w:spacing w:before="180" w:after="80"/>
              <w:pBdr>
                <w:bottom w:val="single" w:sz="10" w:space="3" w:color="B04A5A"/>
              </w:pBdr>
            </w:pPr>
            <w:r>
              <w:rPr>
                <w:rFonts w:ascii="Aptos" w:hAnsi="Aptos"/>
                <w:b/>
                <w:color w:val="B04A5A"/>
                <w:sz w:val="20"/>
              </w:rPr>
              <w:t>SELECTED PROJECTS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[Project, portfolio item or relevant accomplishment.]</w:t>
            </w:r>
          </w:p>
          <w:p>
            <w:pPr>
              <w:spacing w:before="180" w:after="80"/>
              <w:pBdr>
                <w:bottom w:val="single" w:sz="10" w:space="3" w:color="B04A5A"/>
              </w:pBdr>
            </w:pPr>
            <w:r>
              <w:rPr>
                <w:rFonts w:ascii="Aptos" w:hAnsi="Aptos"/>
                <w:b/>
                <w:color w:val="B04A5A"/>
                <w:sz w:val="20"/>
              </w:rPr>
              <w:t>REFERENCES</w:t>
            </w:r>
          </w:p>
          <w:p>
            <w:pPr>
              <w:spacing w:after="80" w:line="250" w:lineRule="auto"/>
            </w:pPr>
            <w:r>
              <w:rPr>
                <w:rFonts w:ascii="Aptos" w:hAnsi="Aptos"/>
                <w:b w:val="0"/>
                <w:color w:val="202939"/>
                <w:sz w:val="18"/>
              </w:rPr>
              <w:t>Available on request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Designer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