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color w:val="2C6C82"/>
          <w:sz w:val="44"/>
        </w:rPr>
        <w:t>[FULL NAME]</w:t>
      </w:r>
    </w:p>
    <w:p>
      <w:pPr>
        <w:spacing w:after="80"/>
        <w:jc w:val="center"/>
      </w:pPr>
      <w:r>
        <w:rPr>
          <w:b/>
          <w:sz w:val="22"/>
        </w:rPr>
        <w:t>[PROFESSIONAL HEADLINE]</w:t>
      </w:r>
    </w:p>
    <w:p>
      <w:pPr>
        <w:spacing w:after="100"/>
        <w:jc w:val="center"/>
      </w:pPr>
      <w:r>
        <w:rPr>
          <w:color w:val="5A6473"/>
          <w:sz w:val="16"/>
        </w:rPr>
        <w:t>[City, Country]  |  [Phone]  |  [Email]  |  [LinkedIn / Portfolio]</w:t>
      </w:r>
    </w:p>
    <w:p>
      <w:pPr>
        <w:spacing w:after="60"/>
        <w:jc w:val="center"/>
      </w:pPr>
      <w:r>
        <w:rPr>
          <w:i/>
          <w:color w:val="7D828C"/>
          <w:sz w:val="15"/>
        </w:rPr>
        <w:t>OPTIONAL PHOTO: insert a passport-style photo here if the application requires one</w:t>
      </w:r>
    </w:p>
    <w:p>
      <w:pPr>
        <w:spacing w:before="180" w:after="80"/>
        <w:pBdr>
          <w:bottom w:val="single" w:sz="10" w:space="3" w:color="2C6C82"/>
        </w:pBdr>
      </w:pPr>
      <w:r>
        <w:rPr>
          <w:rFonts w:ascii="Aptos" w:hAnsi="Aptos"/>
          <w:b/>
          <w:color w:val="2C6C82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2C6C82"/>
        </w:pBdr>
      </w:pPr>
      <w:r>
        <w:rPr>
          <w:rFonts w:ascii="Aptos" w:hAnsi="Aptos"/>
          <w:b/>
          <w:color w:val="2C6C82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2C6C82"/>
        </w:pBdr>
      </w:pPr>
      <w:r>
        <w:rPr>
          <w:rFonts w:ascii="Aptos" w:hAnsi="Aptos"/>
          <w:b/>
          <w:color w:val="2C6C82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2C6C82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2C6C82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2C6C82"/>
        </w:pBdr>
      </w:pPr>
      <w:r>
        <w:rPr>
          <w:rFonts w:ascii="Aptos" w:hAnsi="Aptos"/>
          <w:b/>
          <w:color w:val="2C6C82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2C6C82"/>
        </w:pBdr>
      </w:pPr>
      <w:r>
        <w:rPr>
          <w:rFonts w:ascii="Aptos" w:hAnsi="Aptos"/>
          <w:b/>
          <w:color w:val="2C6C82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2C6C82"/>
        </w:pBdr>
      </w:pPr>
      <w:r>
        <w:rPr>
          <w:rFonts w:ascii="Aptos" w:hAnsi="Aptos"/>
          <w:b/>
          <w:color w:val="2C6C82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Healthcare Administration CV Template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