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570"/>
      </w:tblGrid>
      <w:tr>
        <w:tc>
          <w:tcPr>
            <w:tcW w:type="dxa" w:w="10570"/>
            <w:shd w:fill="5A4778"/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80"/>
              <w:jc w:val="left"/>
            </w:pPr>
            <w:r>
              <w:rPr>
                <w:rFonts w:ascii="Aptos Display" w:hAnsi="Aptos Display"/>
                <w:b/>
                <w:color w:val="FFFFFF"/>
                <w:sz w:val="48"/>
              </w:rPr>
              <w:t>[FULL NAME]</w:t>
            </w:r>
          </w:p>
          <w:p>
            <w:pPr>
              <w:spacing w:after="80"/>
            </w:pPr>
            <w:r>
              <w:rPr>
                <w:color w:val="FFFFFF"/>
                <w:sz w:val="24"/>
              </w:rPr>
              <w:t>[PROFESSIONAL HEADLINE]</w:t>
            </w:r>
          </w:p>
          <w:p>
            <w:pPr>
              <w:spacing w:after="0"/>
            </w:pPr>
            <w:r>
              <w:rPr>
                <w:color w:val="FFFFFF"/>
                <w:sz w:val="17"/>
              </w:rPr>
              <w:t>[City, Country]  •  [Phone]  •  [Email]  •  [LinkedIn / Portfolio]</w:t>
            </w:r>
          </w:p>
        </w:tc>
      </w:tr>
    </w:tbl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5A4778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5A4778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5A4778"/>
        </w:pBdr>
      </w:pPr>
      <w:r>
        <w:rPr>
          <w:rFonts w:ascii="Aptos" w:hAnsi="Aptos"/>
          <w:b/>
          <w:color w:val="5A4778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 CV Template Word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