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ptos Display" w:hAnsi="Aptos Display"/>
          <w:b/>
          <w:color w:val="35665C"/>
          <w:sz w:val="46"/>
        </w:rPr>
        <w:t>ALEX MORGAN</w:t>
      </w:r>
    </w:p>
    <w:p>
      <w:pPr>
        <w:jc w:val="center"/>
      </w:pPr>
      <w:r>
        <w:rPr>
          <w:b/>
          <w:sz w:val="22"/>
        </w:rPr>
        <w:t>Bookkeeping Assistant | Records &amp; Reconciliation</w:t>
      </w:r>
    </w:p>
    <w:p>
      <w:pPr>
        <w:spacing w:after="160"/>
        <w:jc w:val="center"/>
      </w:pPr>
      <w:r>
        <w:rPr>
          <w:color w:val="5F656E"/>
          <w:sz w:val="16"/>
        </w:rPr>
        <w:t>name@example.com  |  +234 800 000 0000  |  Nigeria / Remote  |  linkedin.com/in/yourname  |  portfolio.example.com</w:t>
      </w:r>
    </w:p>
    <w:p>
      <w:r>
        <w:rPr>
          <w:b/>
          <w:color w:val="35665C"/>
          <w:sz w:val="16"/>
        </w:rPr>
        <w:t>SAMPLE RESUME — REPLACE ALL DETAILS WITH YOUR OWN</w:t>
      </w:r>
    </w:p>
    <w:p>
      <w:pPr>
        <w:spacing w:before="100" w:after="60"/>
        <w:pBdr>
          <w:bottom w:val="single" w:sz="6" w:color="35665C"/>
        </w:pBdr>
      </w:pPr>
      <w:r>
        <w:rPr>
          <w:b/>
          <w:color w:val="35665C"/>
          <w:sz w:val="20"/>
        </w:rPr>
        <w:t>PROFESSIONAL SUMMARY</w:t>
      </w:r>
    </w:p>
    <w:p>
      <w:r>
        <w:t>Remote Bookkeeping Assistant professional with a practical, organized approach to digital work, communication and delivery. Comfortable collaborating asynchronously, documenting progress and learning new tools. This sample profile is illustrative; replace it with your real experience, strengths and measurable results.</w:t>
      </w:r>
    </w:p>
    <w:p>
      <w:pPr>
        <w:spacing w:before="100" w:after="60"/>
        <w:pBdr>
          <w:bottom w:val="single" w:sz="6" w:color="35665C"/>
        </w:pBdr>
      </w:pPr>
      <w:r>
        <w:rPr>
          <w:b/>
          <w:color w:val="35665C"/>
          <w:sz w:val="20"/>
        </w:rPr>
        <w:t>CORE SKILLS</w:t>
      </w:r>
    </w:p>
    <w:p>
      <w:r>
        <w:t>Spreadsheet recordkeeping  •  Invoice and receipt tracking  •  Reconciliation support  •  Confidential data handling</w:t>
      </w:r>
    </w:p>
    <w:p>
      <w:pPr>
        <w:spacing w:before="100" w:after="60"/>
        <w:pBdr>
          <w:bottom w:val="single" w:sz="6" w:color="35665C"/>
        </w:pBdr>
      </w:pPr>
      <w:r>
        <w:rPr>
          <w:b/>
          <w:color w:val="35665C"/>
          <w:sz w:val="20"/>
        </w:rPr>
        <w:t>EXPERIENCE</w:t>
      </w:r>
    </w:p>
    <w:p>
      <w:r>
        <w:rPr>
          <w:b/>
        </w:rPr>
        <w:t>Bookkeeping Assistant — Sample Remote Project</w:t>
      </w:r>
    </w:p>
    <w:p>
      <w:r>
        <w:rPr>
          <w:i/>
        </w:rPr>
        <w:t>Independent / Portfolio Project  |  2024–Present</w:t>
      </w:r>
    </w:p>
    <w:p>
      <w:pPr>
        <w:pStyle w:val="ListBullet"/>
        <w:ind w:left="259"/>
      </w:pPr>
      <w:r>
        <w:t>Organize transaction records, invoices and receipts using approved procedures.</w:t>
      </w:r>
    </w:p>
    <w:p>
      <w:pPr>
        <w:pStyle w:val="ListBullet"/>
        <w:ind w:left="259"/>
      </w:pPr>
      <w:r>
        <w:t>Reconcile entries against source documents and flag discrepancies for review.</w:t>
      </w:r>
    </w:p>
    <w:p>
      <w:pPr>
        <w:pStyle w:val="ListBullet"/>
        <w:ind w:left="259"/>
      </w:pPr>
      <w:r>
        <w:t>Maintain accurate files and protect financial information.</w:t>
      </w:r>
    </w:p>
    <w:p>
      <w:r>
        <w:rPr>
          <w:b/>
        </w:rPr>
        <w:t xml:space="preserve">Selected contribution: </w:t>
      </w:r>
      <w:r>
        <w:t>Maintained a monthly document checklist to help identify missing receipts and unresolved items.</w:t>
      </w:r>
    </w:p>
    <w:p>
      <w:r>
        <w:rPr>
          <w:i/>
          <w:color w:val="5F656E"/>
        </w:rPr>
        <w:t>Earlier Experience — Add your real employer, role, dates and achievements here.</w:t>
      </w:r>
    </w:p>
    <w:p>
      <w:pPr>
        <w:spacing w:before="100" w:after="60"/>
        <w:pBdr>
          <w:bottom w:val="single" w:sz="6" w:color="35665C"/>
        </w:pBdr>
      </w:pPr>
      <w:r>
        <w:rPr>
          <w:b/>
          <w:color w:val="35665C"/>
          <w:sz w:val="20"/>
        </w:rPr>
        <w:t>EDUCATION</w:t>
      </w:r>
    </w:p>
    <w:p>
      <w:r>
        <w:t>Qualification / Degree — Institution Name  |  Year completed (replace with your details)</w:t>
      </w:r>
    </w:p>
    <w:p>
      <w:pPr>
        <w:spacing w:before="100" w:after="60"/>
        <w:pBdr>
          <w:bottom w:val="single" w:sz="6" w:color="35665C"/>
        </w:pBdr>
      </w:pPr>
      <w:r>
        <w:rPr>
          <w:b/>
          <w:color w:val="35665C"/>
          <w:sz w:val="20"/>
        </w:rPr>
        <w:t>TOOLS &amp; CERTIFICATIONS</w:t>
      </w:r>
    </w:p>
    <w:p>
      <w:r>
        <w:t>Spreadsheet recordkeeping, Invoice and receipt tracking, Reconciliation support. Add only tools you can genuinely use and certifications you have earned.</w:t>
      </w:r>
    </w:p>
    <w:p>
      <w:pPr>
        <w:spacing w:before="100" w:after="60"/>
        <w:pBdr>
          <w:bottom w:val="single" w:sz="6" w:color="35665C"/>
        </w:pBdr>
      </w:pPr>
      <w:r>
        <w:rPr>
          <w:b/>
          <w:color w:val="35665C"/>
          <w:sz w:val="20"/>
        </w:rPr>
        <w:t>REMOTE WORK READINESS</w:t>
      </w:r>
    </w:p>
    <w:p>
      <w:r>
        <w:t>Reliable internet and power plan (state only if true); clear written updates; deadline awareness; willingness to document processes and collaborate across time zones.</w:t>
      </w:r>
    </w:p>
    <w:sectPr w:rsidR="00FC693F" w:rsidRPr="0006063C" w:rsidSect="00034616">
      <w:pgSz w:w="12240" w:h="15840"/>
      <w:pgMar w:top="792" w:right="1037" w:bottom="792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color w:val="2D354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Remote Bookkeeping-assistant-resume</dc:title>
  <dc:subject>Editable sample remote role resume</dc:subject>
  <dc:creator>Tech Thriller CV Studio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