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ptos Display" w:hAnsi="Aptos Display"/>
          <w:b/>
          <w:color w:val="146C75"/>
          <w:sz w:val="46"/>
        </w:rPr>
        <w:t>ALEX MORGAN</w:t>
      </w:r>
    </w:p>
    <w:p>
      <w:pPr>
        <w:jc w:val="center"/>
      </w:pPr>
      <w:r>
        <w:rPr>
          <w:b/>
          <w:sz w:val="22"/>
        </w:rPr>
        <w:t>Customer Support Representative | Remote Service</w:t>
      </w:r>
    </w:p>
    <w:p>
      <w:pPr>
        <w:spacing w:after="160"/>
        <w:jc w:val="center"/>
      </w:pPr>
      <w:r>
        <w:rPr>
          <w:color w:val="5F656E"/>
          <w:sz w:val="16"/>
        </w:rPr>
        <w:t>name@example.com  |  +234 800 000 0000  |  Nigeria / Remote  |  linkedin.com/in/yourname  |  portfolio.example.com</w:t>
      </w:r>
    </w:p>
    <w:p>
      <w:r>
        <w:rPr>
          <w:b/>
          <w:color w:val="146C75"/>
          <w:sz w:val="16"/>
        </w:rPr>
        <w:t>SAMPLE RESUME — REPLACE ALL DETAILS WITH YOUR OWN</w:t>
      </w:r>
    </w:p>
    <w:p>
      <w:pPr>
        <w:spacing w:before="100" w:after="60"/>
        <w:pBdr>
          <w:bottom w:val="single" w:sz="6" w:color="146C75"/>
        </w:pBdr>
      </w:pPr>
      <w:r>
        <w:rPr>
          <w:b/>
          <w:color w:val="146C75"/>
          <w:sz w:val="20"/>
        </w:rPr>
        <w:t>PROFESSIONAL SUMMARY</w:t>
      </w:r>
    </w:p>
    <w:p>
      <w:r>
        <w:t>Remote Customer Support Representative professional with a practical, organized approach to digital work, communication and delivery. Comfortable collaborating asynchronously, documenting progress and learning new tools. This sample profile is illustrative; replace it with your real experience, strengths and measurable results.</w:t>
      </w:r>
    </w:p>
    <w:p>
      <w:pPr>
        <w:spacing w:before="100" w:after="60"/>
        <w:pBdr>
          <w:bottom w:val="single" w:sz="6" w:color="146C75"/>
        </w:pBdr>
      </w:pPr>
      <w:r>
        <w:rPr>
          <w:b/>
          <w:color w:val="146C75"/>
          <w:sz w:val="20"/>
        </w:rPr>
        <w:t>CORE SKILLS</w:t>
      </w:r>
    </w:p>
    <w:p>
      <w:r>
        <w:t>Written communication and empathy  •  Ticketing/CRM workflows  •  Troubleshooting and escalation  •  Knowledge-base documentation</w:t>
      </w:r>
    </w:p>
    <w:p>
      <w:pPr>
        <w:spacing w:before="100" w:after="60"/>
        <w:pBdr>
          <w:bottom w:val="single" w:sz="6" w:color="146C75"/>
        </w:pBdr>
      </w:pPr>
      <w:r>
        <w:rPr>
          <w:b/>
          <w:color w:val="146C75"/>
          <w:sz w:val="20"/>
        </w:rPr>
        <w:t>EXPERIENCE</w:t>
      </w:r>
    </w:p>
    <w:p>
      <w:r>
        <w:rPr>
          <w:b/>
        </w:rPr>
        <w:t>Customer Support Representative — Sample Remote Project</w:t>
      </w:r>
    </w:p>
    <w:p>
      <w:r>
        <w:rPr>
          <w:i/>
        </w:rPr>
        <w:t>Independent / Portfolio Project  |  2024–Present</w:t>
      </w:r>
    </w:p>
    <w:p>
      <w:pPr>
        <w:pStyle w:val="ListBullet"/>
        <w:ind w:left="259"/>
      </w:pPr>
      <w:r>
        <w:t>Respond to customer questions through email, chat or ticketing systems with a helpful tone.</w:t>
      </w:r>
    </w:p>
    <w:p>
      <w:pPr>
        <w:pStyle w:val="ListBullet"/>
        <w:ind w:left="259"/>
      </w:pPr>
      <w:r>
        <w:t>Record case details, follow knowledge-base procedures and escalate unresolved issues.</w:t>
      </w:r>
    </w:p>
    <w:p>
      <w:pPr>
        <w:pStyle w:val="ListBullet"/>
        <w:ind w:left="259"/>
      </w:pPr>
      <w:r>
        <w:t>Identify recurring questions and suggest improvements to support documentation.</w:t>
      </w:r>
    </w:p>
    <w:p>
      <w:r>
        <w:rPr>
          <w:b/>
        </w:rPr>
        <w:t xml:space="preserve">Selected contribution: </w:t>
      </w:r>
      <w:r>
        <w:t>Drafted reusable response templates for common enquiries while keeping each reply specific to the customer.</w:t>
      </w:r>
    </w:p>
    <w:p>
      <w:r>
        <w:rPr>
          <w:i/>
          <w:color w:val="5F656E"/>
        </w:rPr>
        <w:t>Earlier Experience — Add your real employer, role, dates and achievements here.</w:t>
      </w:r>
    </w:p>
    <w:p>
      <w:pPr>
        <w:spacing w:before="100" w:after="60"/>
        <w:pBdr>
          <w:bottom w:val="single" w:sz="6" w:color="146C75"/>
        </w:pBdr>
      </w:pPr>
      <w:r>
        <w:rPr>
          <w:b/>
          <w:color w:val="146C75"/>
          <w:sz w:val="20"/>
        </w:rPr>
        <w:t>EDUCATION</w:t>
      </w:r>
    </w:p>
    <w:p>
      <w:r>
        <w:t>Qualification / Degree — Institution Name  |  Year completed (replace with your details)</w:t>
      </w:r>
    </w:p>
    <w:p>
      <w:pPr>
        <w:spacing w:before="100" w:after="60"/>
        <w:pBdr>
          <w:bottom w:val="single" w:sz="6" w:color="146C75"/>
        </w:pBdr>
      </w:pPr>
      <w:r>
        <w:rPr>
          <w:b/>
          <w:color w:val="146C75"/>
          <w:sz w:val="20"/>
        </w:rPr>
        <w:t>TOOLS &amp; CERTIFICATIONS</w:t>
      </w:r>
    </w:p>
    <w:p>
      <w:r>
        <w:t>Written communication and empathy, Ticketing/CRM workflows, Troubleshooting and escalation. Add only tools you can genuinely use and certifications you have earned.</w:t>
      </w:r>
    </w:p>
    <w:p>
      <w:pPr>
        <w:spacing w:before="100" w:after="60"/>
        <w:pBdr>
          <w:bottom w:val="single" w:sz="6" w:color="146C75"/>
        </w:pBdr>
      </w:pPr>
      <w:r>
        <w:rPr>
          <w:b/>
          <w:color w:val="146C75"/>
          <w:sz w:val="20"/>
        </w:rPr>
        <w:t>REMOTE WORK READINESS</w:t>
      </w:r>
    </w:p>
    <w:p>
      <w:r>
        <w:t>Reliable internet and power plan (state only if true); clear written updates; deadline awareness; willingness to document processes and collaborate across time zones.</w:t>
      </w:r>
    </w:p>
    <w:sectPr w:rsidR="00FC693F" w:rsidRPr="0006063C" w:rsidSect="00034616">
      <w:pgSz w:w="12240" w:h="15840"/>
      <w:pgMar w:top="792" w:right="1037" w:bottom="792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color w:val="2D354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Remote Customer Support Resume</dc:title>
  <dc:subject>Editable sample remote role resume</dc:subject>
  <dc:creator>Tech Thriller CV Studio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