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9B5A18"/>
          <w:sz w:val="46"/>
        </w:rPr>
        <w:t>ALEX MORGAN</w:t>
      </w:r>
    </w:p>
    <w:p>
      <w:pPr>
        <w:jc w:val="center"/>
      </w:pPr>
      <w:r>
        <w:rPr>
          <w:b/>
          <w:sz w:val="22"/>
        </w:rPr>
        <w:t>Digital Marketing Assistant | Campaigns &amp; Analytics</w:t>
      </w:r>
    </w:p>
    <w:p>
      <w:pPr>
        <w:spacing w:after="160"/>
        <w:jc w:val="center"/>
      </w:pPr>
      <w:r>
        <w:rPr>
          <w:color w:val="5F656E"/>
          <w:sz w:val="16"/>
        </w:rPr>
        <w:t>name@example.com  |  +234 800 000 0000  |  Nigeria / Remote  |  linkedin.com/in/yourname  |  portfolio.example.com</w:t>
      </w:r>
    </w:p>
    <w:p>
      <w:r>
        <w:rPr>
          <w:b/>
          <w:color w:val="9B5A18"/>
          <w:sz w:val="16"/>
        </w:rPr>
        <w:t>SAMPLE RESUME — REPLACE ALL DETAILS WITH YOUR OWN</w:t>
      </w:r>
    </w:p>
    <w:p>
      <w:pPr>
        <w:spacing w:before="100" w:after="60"/>
        <w:pBdr>
          <w:bottom w:val="single" w:sz="6" w:color="9B5A18"/>
        </w:pBdr>
      </w:pPr>
      <w:r>
        <w:rPr>
          <w:b/>
          <w:color w:val="9B5A18"/>
          <w:sz w:val="20"/>
        </w:rPr>
        <w:t>PROFESSIONAL SUMMARY</w:t>
      </w:r>
    </w:p>
    <w:p>
      <w:r>
        <w:t>Remote Digital Marketing Assistant professional with a practical, organized approach to digital work, communication and delivery. Comfortable collaborating asynchronously, documenting progress and learning new tools. This sample profile is illustrative; replace it with your real experience, strengths and measurable results.</w:t>
      </w:r>
    </w:p>
    <w:p>
      <w:pPr>
        <w:spacing w:before="100" w:after="60"/>
        <w:pBdr>
          <w:bottom w:val="single" w:sz="6" w:color="9B5A18"/>
        </w:pBdr>
      </w:pPr>
      <w:r>
        <w:rPr>
          <w:b/>
          <w:color w:val="9B5A18"/>
          <w:sz w:val="20"/>
        </w:rPr>
        <w:t>CORE SKILLS</w:t>
      </w:r>
    </w:p>
    <w:p>
      <w:r>
        <w:t>Campaign coordination  •  Email and social marketing  •  UTM tracking and reporting  •  Canva and spreadsheet tools</w:t>
      </w:r>
    </w:p>
    <w:p>
      <w:pPr>
        <w:spacing w:before="100" w:after="60"/>
        <w:pBdr>
          <w:bottom w:val="single" w:sz="6" w:color="9B5A18"/>
        </w:pBdr>
      </w:pPr>
      <w:r>
        <w:rPr>
          <w:b/>
          <w:color w:val="9B5A18"/>
          <w:sz w:val="20"/>
        </w:rPr>
        <w:t>EXPERIENCE</w:t>
      </w:r>
    </w:p>
    <w:p>
      <w:r>
        <w:rPr>
          <w:b/>
        </w:rPr>
        <w:t>Digital Marketing Assistant — Sample Remote Project</w:t>
      </w:r>
    </w:p>
    <w:p>
      <w:r>
        <w:rPr>
          <w:i/>
        </w:rPr>
        <w:t>Independent / Portfolio Project  |  2024–Present</w:t>
      </w:r>
    </w:p>
    <w:p>
      <w:pPr>
        <w:pStyle w:val="ListBullet"/>
        <w:ind w:left="259"/>
      </w:pPr>
      <w:r>
        <w:t>Coordinate digital campaign assets, publishing schedules and landing-page updates.</w:t>
      </w:r>
    </w:p>
    <w:p>
      <w:pPr>
        <w:pStyle w:val="ListBullet"/>
        <w:ind w:left="259"/>
      </w:pPr>
      <w:r>
        <w:t>Track basic campaign metrics and summarize results against agreed objectives.</w:t>
      </w:r>
    </w:p>
    <w:p>
      <w:pPr>
        <w:pStyle w:val="ListBullet"/>
        <w:ind w:left="259"/>
      </w:pPr>
      <w:r>
        <w:t>Support email marketing, social promotion and audience research activities.</w:t>
      </w:r>
    </w:p>
    <w:p>
      <w:r>
        <w:rPr>
          <w:b/>
        </w:rPr>
        <w:t xml:space="preserve">Selected contribution: </w:t>
      </w:r>
      <w:r>
        <w:t>Built a campaign tracker to align publishing dates, creative assets, links and reporting notes.</w:t>
      </w:r>
    </w:p>
    <w:p>
      <w:r>
        <w:rPr>
          <w:i/>
          <w:color w:val="5F656E"/>
        </w:rPr>
        <w:t>Earlier Experience — Add your real employer, role, dates and achievements here.</w:t>
      </w:r>
    </w:p>
    <w:p>
      <w:pPr>
        <w:spacing w:before="100" w:after="60"/>
        <w:pBdr>
          <w:bottom w:val="single" w:sz="6" w:color="9B5A18"/>
        </w:pBdr>
      </w:pPr>
      <w:r>
        <w:rPr>
          <w:b/>
          <w:color w:val="9B5A18"/>
          <w:sz w:val="20"/>
        </w:rPr>
        <w:t>EDUCATION</w:t>
      </w:r>
    </w:p>
    <w:p>
      <w:r>
        <w:t>Qualification / Degree — Institution Name  |  Year completed (replace with your details)</w:t>
      </w:r>
    </w:p>
    <w:p>
      <w:pPr>
        <w:spacing w:before="100" w:after="60"/>
        <w:pBdr>
          <w:bottom w:val="single" w:sz="6" w:color="9B5A18"/>
        </w:pBdr>
      </w:pPr>
      <w:r>
        <w:rPr>
          <w:b/>
          <w:color w:val="9B5A18"/>
          <w:sz w:val="20"/>
        </w:rPr>
        <w:t>TOOLS &amp; CERTIFICATIONS</w:t>
      </w:r>
    </w:p>
    <w:p>
      <w:r>
        <w:t>Campaign coordination, Email and social marketing, UTM tracking and reporting. Add only tools you can genuinely use and certifications you have earned.</w:t>
      </w:r>
    </w:p>
    <w:p>
      <w:pPr>
        <w:spacing w:before="100" w:after="60"/>
        <w:pBdr>
          <w:bottom w:val="single" w:sz="6" w:color="9B5A18"/>
        </w:pBdr>
      </w:pPr>
      <w:r>
        <w:rPr>
          <w:b/>
          <w:color w:val="9B5A18"/>
          <w:sz w:val="20"/>
        </w:rPr>
        <w:t>REMOTE WORK READINESS</w:t>
      </w:r>
    </w:p>
    <w:p>
      <w:r>
        <w:t>Reliable internet and power plan (state only if true); clear written updates; deadline awareness; willingness to document processes and collaborate across time zones.</w:t>
      </w:r>
    </w:p>
    <w:sectPr w:rsidR="00FC693F" w:rsidRPr="0006063C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D354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Digital Marketing Specialist Resume</dc:title>
  <dc:subject>Editable sample remote role resume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