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ptos Display" w:hAnsi="Aptos Display"/>
          <w:b/>
          <w:color w:val="3D6B4D"/>
          <w:sz w:val="46"/>
        </w:rPr>
        <w:t>ALEX MORGAN</w:t>
      </w:r>
    </w:p>
    <w:p>
      <w:pPr>
        <w:jc w:val="center"/>
      </w:pPr>
      <w:r>
        <w:rPr>
          <w:b/>
          <w:sz w:val="22"/>
        </w:rPr>
        <w:t>Online Tutor | Digital Learning Support</w:t>
      </w:r>
    </w:p>
    <w:p>
      <w:pPr>
        <w:spacing w:after="160"/>
        <w:jc w:val="center"/>
      </w:pPr>
      <w:r>
        <w:rPr>
          <w:color w:val="5F656E"/>
          <w:sz w:val="16"/>
        </w:rPr>
        <w:t>name@example.com  |  +234 800 000 0000  |  Nigeria / Remote  |  linkedin.com/in/yourname  |  portfolio.example.com</w:t>
      </w:r>
    </w:p>
    <w:p>
      <w:r>
        <w:rPr>
          <w:b/>
          <w:color w:val="3D6B4D"/>
          <w:sz w:val="16"/>
        </w:rPr>
        <w:t>SAMPLE RESUME — REPLACE ALL DETAILS WITH YOUR OWN</w:t>
      </w:r>
    </w:p>
    <w:p>
      <w:pPr>
        <w:spacing w:before="100" w:after="60"/>
        <w:pBdr>
          <w:bottom w:val="single" w:sz="6" w:color="3D6B4D"/>
        </w:pBdr>
      </w:pPr>
      <w:r>
        <w:rPr>
          <w:b/>
          <w:color w:val="3D6B4D"/>
          <w:sz w:val="20"/>
        </w:rPr>
        <w:t>PROFESSIONAL SUMMARY</w:t>
      </w:r>
    </w:p>
    <w:p>
      <w:r>
        <w:t>Remote Online Tutor professional with a practical, organized approach to digital work, communication and delivery. Comfortable collaborating asynchronously, documenting progress and learning new tools. This sample profile is illustrative; replace it with your real experience, strengths and measurable results.</w:t>
      </w:r>
    </w:p>
    <w:p>
      <w:pPr>
        <w:spacing w:before="100" w:after="60"/>
        <w:pBdr>
          <w:bottom w:val="single" w:sz="6" w:color="3D6B4D"/>
        </w:pBdr>
      </w:pPr>
      <w:r>
        <w:rPr>
          <w:b/>
          <w:color w:val="3D6B4D"/>
          <w:sz w:val="20"/>
        </w:rPr>
        <w:t>CORE SKILLS</w:t>
      </w:r>
    </w:p>
    <w:p>
      <w:r>
        <w:t>Lesson planning and explanation  •  Online collaboration tools  •  Progress tracking  •  Written communication</w:t>
      </w:r>
    </w:p>
    <w:p>
      <w:pPr>
        <w:spacing w:before="100" w:after="60"/>
        <w:pBdr>
          <w:bottom w:val="single" w:sz="6" w:color="3D6B4D"/>
        </w:pBdr>
      </w:pPr>
      <w:r>
        <w:rPr>
          <w:b/>
          <w:color w:val="3D6B4D"/>
          <w:sz w:val="20"/>
        </w:rPr>
        <w:t>EXPERIENCE</w:t>
      </w:r>
    </w:p>
    <w:p>
      <w:r>
        <w:rPr>
          <w:b/>
        </w:rPr>
        <w:t>Online Tutor — Sample Remote Project</w:t>
      </w:r>
    </w:p>
    <w:p>
      <w:r>
        <w:rPr>
          <w:i/>
        </w:rPr>
        <w:t>Independent / Portfolio Project  |  2024–Present</w:t>
      </w:r>
    </w:p>
    <w:p>
      <w:pPr>
        <w:pStyle w:val="ListBullet"/>
        <w:ind w:left="259"/>
      </w:pPr>
      <w:r>
        <w:t>Plan structured lessons around learner goals and explain concepts in accessible steps.</w:t>
      </w:r>
    </w:p>
    <w:p>
      <w:pPr>
        <w:pStyle w:val="ListBullet"/>
        <w:ind w:left="259"/>
      </w:pPr>
      <w:r>
        <w:t>Use online meeting and document tools to share resources and track progress.</w:t>
      </w:r>
    </w:p>
    <w:p>
      <w:pPr>
        <w:pStyle w:val="ListBullet"/>
        <w:ind w:left="259"/>
      </w:pPr>
      <w:r>
        <w:t>Adapt activities based on questions, practice results and learner feedback.</w:t>
      </w:r>
    </w:p>
    <w:p>
      <w:r>
        <w:rPr>
          <w:b/>
        </w:rPr>
        <w:t xml:space="preserve">Selected contribution: </w:t>
      </w:r>
      <w:r>
        <w:t>Organized a reusable lesson folder with objectives, practice tasks, answer guidance and follow-up notes.</w:t>
      </w:r>
    </w:p>
    <w:p>
      <w:r>
        <w:rPr>
          <w:i/>
          <w:color w:val="5F656E"/>
        </w:rPr>
        <w:t>Earlier Experience — Add your real employer, role, dates and achievements here.</w:t>
      </w:r>
    </w:p>
    <w:p>
      <w:pPr>
        <w:spacing w:before="100" w:after="60"/>
        <w:pBdr>
          <w:bottom w:val="single" w:sz="6" w:color="3D6B4D"/>
        </w:pBdr>
      </w:pPr>
      <w:r>
        <w:rPr>
          <w:b/>
          <w:color w:val="3D6B4D"/>
          <w:sz w:val="20"/>
        </w:rPr>
        <w:t>EDUCATION</w:t>
      </w:r>
    </w:p>
    <w:p>
      <w:r>
        <w:t>Qualification / Degree — Institution Name  |  Year completed (replace with your details)</w:t>
      </w:r>
    </w:p>
    <w:p>
      <w:pPr>
        <w:spacing w:before="100" w:after="60"/>
        <w:pBdr>
          <w:bottom w:val="single" w:sz="6" w:color="3D6B4D"/>
        </w:pBdr>
      </w:pPr>
      <w:r>
        <w:rPr>
          <w:b/>
          <w:color w:val="3D6B4D"/>
          <w:sz w:val="20"/>
        </w:rPr>
        <w:t>TOOLS &amp; CERTIFICATIONS</w:t>
      </w:r>
    </w:p>
    <w:p>
      <w:r>
        <w:t>Lesson planning and explanation, Online collaboration tools, Progress tracking. Add only tools you can genuinely use and certifications you have earned.</w:t>
      </w:r>
    </w:p>
    <w:p>
      <w:pPr>
        <w:spacing w:before="100" w:after="60"/>
        <w:pBdr>
          <w:bottom w:val="single" w:sz="6" w:color="3D6B4D"/>
        </w:pBdr>
      </w:pPr>
      <w:r>
        <w:rPr>
          <w:b/>
          <w:color w:val="3D6B4D"/>
          <w:sz w:val="20"/>
        </w:rPr>
        <w:t>REMOTE WORK READINESS</w:t>
      </w:r>
    </w:p>
    <w:p>
      <w:r>
        <w:t>Reliable internet and power plan (state only if true); clear written updates; deadline awareness; willingness to document processes and collaborate across time zones.</w:t>
      </w:r>
    </w:p>
    <w:sectPr w:rsidR="00FC693F" w:rsidRPr="0006063C" w:rsidSect="00034616">
      <w:pgSz w:w="12240" w:h="15840"/>
      <w:pgMar w:top="792" w:right="1037" w:bottom="792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ptos" w:hAnsi="Aptos"/>
      <w:color w:val="2D354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Remote Online Tutor Resume</dc:title>
  <dc:subject>Editable sample remote role resume</dc:subject>
  <dc:creator>Tech Thriller CV Studio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