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234B3B"/>
          <w:sz w:val="46"/>
        </w:rPr>
        <w:t>ALEX MORGAN</w:t>
      </w:r>
    </w:p>
    <w:p>
      <w:pPr>
        <w:jc w:val="center"/>
      </w:pPr>
      <w:r>
        <w:rPr>
          <w:b/>
          <w:sz w:val="22"/>
        </w:rPr>
        <w:t>Junior Software Developer | Web Applications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234B3B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234B3B"/>
        </w:pBdr>
      </w:pPr>
      <w:r>
        <w:rPr>
          <w:b/>
          <w:color w:val="234B3B"/>
          <w:sz w:val="20"/>
        </w:rPr>
        <w:t>PROFESSIONAL SUMMARY</w:t>
      </w:r>
    </w:p>
    <w:p>
      <w:r>
        <w:t>Remote Junior Software Developer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234B3B"/>
        </w:pBdr>
      </w:pPr>
      <w:r>
        <w:rPr>
          <w:b/>
          <w:color w:val="234B3B"/>
          <w:sz w:val="20"/>
        </w:rPr>
        <w:t>CORE SKILLS</w:t>
      </w:r>
    </w:p>
    <w:p>
      <w:r>
        <w:t>HTML, CSS and JavaScript  •  Git and GitHub  •  Responsive design  •  REST API fundamentals and debugging</w:t>
      </w:r>
    </w:p>
    <w:p>
      <w:pPr>
        <w:spacing w:before="100" w:after="60"/>
        <w:pBdr>
          <w:bottom w:val="single" w:sz="6" w:color="234B3B"/>
        </w:pBdr>
      </w:pPr>
      <w:r>
        <w:rPr>
          <w:b/>
          <w:color w:val="234B3B"/>
          <w:sz w:val="20"/>
        </w:rPr>
        <w:t>EXPERIENCE</w:t>
      </w:r>
    </w:p>
    <w:p>
      <w:r>
        <w:rPr>
          <w:b/>
        </w:rPr>
        <w:t>Junior Software Developer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Build and maintain responsive web interfaces using HTML, CSS and JavaScript.</w:t>
      </w:r>
    </w:p>
    <w:p>
      <w:pPr>
        <w:pStyle w:val="ListBullet"/>
        <w:ind w:left="259"/>
      </w:pPr>
      <w:r>
        <w:t>Debug issues, test user flows and document changes in version control.</w:t>
      </w:r>
    </w:p>
    <w:p>
      <w:pPr>
        <w:pStyle w:val="ListBullet"/>
        <w:ind w:left="259"/>
      </w:pPr>
      <w:r>
        <w:t>Collaborate through clear task updates, code reviews and small iterative releases.</w:t>
      </w:r>
    </w:p>
    <w:p>
      <w:r>
        <w:rPr>
          <w:b/>
        </w:rPr>
        <w:t xml:space="preserve">Selected contribution: </w:t>
      </w:r>
      <w:r>
        <w:t>Created portfolio projects including a responsive landing page and a JavaScript task tracker; documented setup and usage in README files.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234B3B"/>
        </w:pBdr>
      </w:pPr>
      <w:r>
        <w:rPr>
          <w:b/>
          <w:color w:val="234B3B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234B3B"/>
        </w:pBdr>
      </w:pPr>
      <w:r>
        <w:rPr>
          <w:b/>
          <w:color w:val="234B3B"/>
          <w:sz w:val="20"/>
        </w:rPr>
        <w:t>TOOLS &amp; CERTIFICATIONS</w:t>
      </w:r>
    </w:p>
    <w:p>
      <w:r>
        <w:t>HTML, CSS and JavaScript, Git and GitHub, Responsive design. Add only tools you can genuinely use and certifications you have earned.</w:t>
      </w:r>
    </w:p>
    <w:p>
      <w:pPr>
        <w:spacing w:before="100" w:after="60"/>
        <w:pBdr>
          <w:bottom w:val="single" w:sz="6" w:color="234B3B"/>
        </w:pBdr>
      </w:pPr>
      <w:r>
        <w:rPr>
          <w:b/>
          <w:color w:val="234B3B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Software Developer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