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234B3B"/>
          <w:sz w:val="44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234B3B"/>
        </w:pBdr>
      </w:pPr>
      <w:r>
        <w:rPr>
          <w:rFonts w:ascii="Aptos" w:hAnsi="Aptos"/>
          <w:b/>
          <w:color w:val="234B3B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34B3B"/>
        </w:pBdr>
      </w:pPr>
      <w:r>
        <w:rPr>
          <w:rFonts w:ascii="Aptos" w:hAnsi="Aptos"/>
          <w:b/>
          <w:color w:val="234B3B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34B3B"/>
        </w:pBdr>
      </w:pPr>
      <w:r>
        <w:rPr>
          <w:rFonts w:ascii="Aptos" w:hAnsi="Aptos"/>
          <w:b/>
          <w:color w:val="234B3B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34B3B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34B3B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34B3B"/>
        </w:pBdr>
      </w:pPr>
      <w:r>
        <w:rPr>
          <w:rFonts w:ascii="Aptos" w:hAnsi="Aptos"/>
          <w:b/>
          <w:color w:val="234B3B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34B3B"/>
        </w:pBdr>
      </w:pPr>
      <w:r>
        <w:rPr>
          <w:rFonts w:ascii="Aptos" w:hAnsi="Aptos"/>
          <w:b/>
          <w:color w:val="234B3B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34B3B"/>
        </w:pBdr>
      </w:pPr>
      <w:r>
        <w:rPr>
          <w:rFonts w:ascii="Aptos" w:hAnsi="Aptos"/>
          <w:b/>
          <w:color w:val="234B3B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Resume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