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  <w:jc w:val="center"/>
      </w:pPr>
      <w:r>
        <w:rPr>
          <w:rFonts w:ascii="Aptos Display" w:hAnsi="Aptos Display"/>
          <w:b/>
          <w:color w:val="3D6B4D"/>
          <w:sz w:val="48"/>
        </w:rPr>
        <w:t>[FULL NAME]</w:t>
      </w:r>
    </w:p>
    <w:p>
      <w:pPr>
        <w:spacing w:after="80"/>
        <w:jc w:val="center"/>
      </w:pPr>
      <w:r>
        <w:rPr>
          <w:b/>
          <w:sz w:val="22"/>
        </w:rPr>
        <w:t>[PROFESSIONAL HEADLINE]</w:t>
      </w:r>
    </w:p>
    <w:p>
      <w:pPr>
        <w:spacing w:after="100"/>
        <w:jc w:val="center"/>
      </w:pPr>
      <w:r>
        <w:rPr>
          <w:color w:val="5A6473"/>
          <w:sz w:val="16"/>
        </w:rPr>
        <w:t>[City, Country]  |  [Phone]  |  [Email]  |  [LinkedIn / Portfolio]</w:t>
      </w:r>
    </w:p>
    <w:p>
      <w:pPr>
        <w:spacing w:after="60"/>
        <w:jc w:val="center"/>
      </w:pPr>
      <w:r>
        <w:rPr>
          <w:i/>
          <w:color w:val="7D828C"/>
          <w:sz w:val="15"/>
        </w:rPr>
        <w:t>OPTIONAL PHOTO: insert a passport-style photo here if the application requires one</w:t>
      </w:r>
    </w:p>
    <w:p>
      <w:pPr>
        <w:spacing w:before="180" w:after="80"/>
        <w:pBdr>
          <w:bottom w:val="single" w:sz="10" w:space="3" w:color="3D6B4D"/>
        </w:pBdr>
      </w:pPr>
      <w:r>
        <w:rPr>
          <w:rFonts w:ascii="Aptos" w:hAnsi="Aptos"/>
          <w:b/>
          <w:color w:val="3D6B4D"/>
          <w:sz w:val="20"/>
        </w:rPr>
        <w:t>PROFESSIONAL SUMMARY</w:t>
      </w:r>
    </w:p>
    <w:p>
      <w:pPr>
        <w:spacing w:after="60" w:line="250" w:lineRule="auto"/>
      </w:pPr>
      <w:r>
        <w:rPr>
          <w:rFonts w:ascii="Aptos" w:hAnsi="Aptos"/>
          <w:b w:val="0"/>
          <w:color w:val="202939"/>
          <w:sz w:val="20"/>
        </w:rPr>
        <w:t>[Write 3–4 lines about relevant experience, strengths and career goals. Tailor this to the vacancy and keep every claim accurate.]</w:t>
      </w:r>
    </w:p>
    <w:p>
      <w:pPr>
        <w:spacing w:before="180" w:after="80"/>
        <w:pBdr>
          <w:bottom w:val="single" w:sz="10" w:space="3" w:color="3D6B4D"/>
        </w:pBdr>
      </w:pPr>
      <w:r>
        <w:rPr>
          <w:rFonts w:ascii="Aptos" w:hAnsi="Aptos"/>
          <w:b/>
          <w:color w:val="3D6B4D"/>
          <w:sz w:val="20"/>
        </w:rPr>
        <w:t>KEY SKILLS</w:t>
      </w:r>
    </w:p>
    <w:p>
      <w:pPr>
        <w:spacing w:after="60" w:line="250" w:lineRule="auto"/>
      </w:pPr>
      <w:r>
        <w:rPr>
          <w:rFonts w:ascii="Aptos" w:hAnsi="Aptos"/>
          <w:b w:val="0"/>
          <w:color w:val="202939"/>
          <w:sz w:val="20"/>
        </w:rPr>
        <w:t>[Skill 1]  •  [Skill 2]  •  [Skill 3]  •  [Relevant software/tools]  •  [Transferable skill]</w:t>
      </w:r>
    </w:p>
    <w:p>
      <w:pPr>
        <w:spacing w:before="180" w:after="80"/>
        <w:pBdr>
          <w:bottom w:val="single" w:sz="10" w:space="3" w:color="3D6B4D"/>
        </w:pBdr>
      </w:pPr>
      <w:r>
        <w:rPr>
          <w:rFonts w:ascii="Aptos" w:hAnsi="Aptos"/>
          <w:b/>
          <w:color w:val="3D6B4D"/>
          <w:sz w:val="20"/>
        </w:rPr>
        <w:t>WORK EXPERIENCE</w:t>
      </w:r>
    </w:p>
    <w:p>
      <w:pPr>
        <w:spacing w:after="20" w:line="250" w:lineRule="auto"/>
      </w:pPr>
      <w:r>
        <w:rPr>
          <w:rFonts w:ascii="Aptos" w:hAnsi="Aptos"/>
          <w:b/>
          <w:color w:val="3D6B4D"/>
          <w:sz w:val="20"/>
        </w:rPr>
        <w:t>[Job Title]  |  [Employer / Organisation]</w:t>
      </w:r>
    </w:p>
    <w:p>
      <w:pPr>
        <w:spacing w:after="60" w:line="250" w:lineRule="auto"/>
      </w:pPr>
      <w:r>
        <w:rPr>
          <w:rFonts w:ascii="Aptos" w:hAnsi="Aptos"/>
          <w:b w:val="0"/>
          <w:color w:val="667085"/>
          <w:sz w:val="17"/>
        </w:rPr>
        <w:t>[Month Year – Month Year]  |  [Location / Remote]</w:t>
      </w:r>
    </w:p>
    <w:p>
      <w:pPr>
        <w:pStyle w:val="ListBullet"/>
        <w:spacing w:after="40"/>
        <w:ind w:left="259"/>
      </w:pPr>
      <w:r>
        <w:rPr>
          <w:rFonts w:ascii="Aptos" w:hAnsi="Aptos"/>
          <w:color w:val="28303C"/>
          <w:sz w:val="19"/>
        </w:rPr>
        <w:t>[Start with an action verb and describe a genuine responsibility or achievement.]</w:t>
      </w:r>
    </w:p>
    <w:p>
      <w:pPr>
        <w:pStyle w:val="ListBullet"/>
        <w:spacing w:after="40"/>
        <w:ind w:left="259"/>
      </w:pPr>
      <w:r>
        <w:rPr>
          <w:rFonts w:ascii="Aptos" w:hAnsi="Aptos"/>
          <w:color w:val="28303C"/>
          <w:sz w:val="19"/>
        </w:rPr>
        <w:t>[Add a relevant task, tool, or measurable outcome only if verified.]</w:t>
      </w:r>
    </w:p>
    <w:p>
      <w:pPr>
        <w:pStyle w:val="ListBullet"/>
        <w:spacing w:after="40"/>
        <w:ind w:left="259"/>
      </w:pPr>
      <w:r>
        <w:rPr>
          <w:rFonts w:ascii="Aptos" w:hAnsi="Aptos"/>
          <w:color w:val="28303C"/>
          <w:sz w:val="19"/>
        </w:rPr>
        <w:t>[Show how your work relates to the target role.]</w:t>
      </w:r>
    </w:p>
    <w:p>
      <w:pPr>
        <w:spacing w:after="40" w:line="250" w:lineRule="auto"/>
      </w:pPr>
      <w:r>
        <w:rPr>
          <w:rFonts w:ascii="Aptos" w:hAnsi="Aptos"/>
          <w:b/>
          <w:color w:val="3D6B4D"/>
          <w:sz w:val="19"/>
        </w:rPr>
        <w:t>[Previous Job Title]  |  [Employer]  |  [Dates]</w:t>
      </w:r>
    </w:p>
    <w:p>
      <w:pPr>
        <w:pStyle w:val="ListBullet"/>
        <w:spacing w:after="40"/>
        <w:ind w:left="259"/>
      </w:pPr>
      <w:r>
        <w:rPr>
          <w:rFonts w:ascii="Aptos" w:hAnsi="Aptos"/>
          <w:color w:val="28303C"/>
          <w:sz w:val="19"/>
        </w:rPr>
        <w:t>[Add one or two relevant duties or achievements.]</w:t>
      </w:r>
    </w:p>
    <w:p>
      <w:pPr>
        <w:spacing w:before="180" w:after="80"/>
        <w:pBdr>
          <w:bottom w:val="single" w:sz="10" w:space="3" w:color="3D6B4D"/>
        </w:pBdr>
      </w:pPr>
      <w:r>
        <w:rPr>
          <w:rFonts w:ascii="Aptos" w:hAnsi="Aptos"/>
          <w:b/>
          <w:color w:val="3D6B4D"/>
          <w:sz w:val="20"/>
        </w:rPr>
        <w:t>EDUCATION &amp; TRAINING</w:t>
      </w:r>
    </w:p>
    <w:p>
      <w:pPr>
        <w:spacing w:after="40" w:line="250" w:lineRule="auto"/>
      </w:pPr>
      <w:r>
        <w:rPr>
          <w:rFonts w:ascii="Aptos" w:hAnsi="Aptos"/>
          <w:b/>
          <w:color w:val="202939"/>
          <w:sz w:val="18"/>
        </w:rPr>
        <w:t>[Degree / Certificate / Qualification]  |  [Institution]  |  [Year]</w:t>
      </w:r>
    </w:p>
    <w:p>
      <w:pPr>
        <w:spacing w:after="40" w:line="250" w:lineRule="auto"/>
      </w:pPr>
      <w:r>
        <w:rPr>
          <w:rFonts w:ascii="Aptos" w:hAnsi="Aptos"/>
          <w:b w:val="0"/>
          <w:color w:val="202939"/>
          <w:sz w:val="18"/>
        </w:rPr>
        <w:t>[Relevant course, professional training or continuing education]</w:t>
      </w:r>
    </w:p>
    <w:p>
      <w:pPr>
        <w:spacing w:before="180" w:after="80"/>
        <w:pBdr>
          <w:bottom w:val="single" w:sz="10" w:space="3" w:color="3D6B4D"/>
        </w:pBdr>
      </w:pPr>
      <w:r>
        <w:rPr>
          <w:rFonts w:ascii="Aptos" w:hAnsi="Aptos"/>
          <w:b/>
          <w:color w:val="3D6B4D"/>
          <w:sz w:val="20"/>
        </w:rPr>
        <w:t>CERTIFICATIONS &amp; PROJECTS</w:t>
      </w:r>
    </w:p>
    <w:p>
      <w:pPr>
        <w:pStyle w:val="ListBullet"/>
        <w:spacing w:after="40"/>
        <w:ind w:left="259"/>
      </w:pPr>
      <w:r>
        <w:rPr>
          <w:rFonts w:ascii="Aptos" w:hAnsi="Aptos"/>
          <w:color w:val="28303C"/>
          <w:sz w:val="19"/>
        </w:rPr>
        <w:t>[Certification, issuing organisation and year]</w:t>
      </w:r>
    </w:p>
    <w:p>
      <w:pPr>
        <w:pStyle w:val="ListBullet"/>
        <w:spacing w:after="40"/>
        <w:ind w:left="259"/>
      </w:pPr>
      <w:r>
        <w:rPr>
          <w:rFonts w:ascii="Aptos" w:hAnsi="Aptos"/>
          <w:color w:val="28303C"/>
          <w:sz w:val="19"/>
        </w:rPr>
        <w:t>[Relevant project, portfolio link or volunteer experience]</w:t>
      </w:r>
    </w:p>
    <w:p>
      <w:pPr>
        <w:spacing w:before="180" w:after="80"/>
        <w:pBdr>
          <w:bottom w:val="single" w:sz="10" w:space="3" w:color="3D6B4D"/>
        </w:pBdr>
      </w:pPr>
      <w:r>
        <w:rPr>
          <w:rFonts w:ascii="Aptos" w:hAnsi="Aptos"/>
          <w:b/>
          <w:color w:val="3D6B4D"/>
          <w:sz w:val="20"/>
        </w:rPr>
        <w:t>LANGUAGES &amp; ADDITIONAL INFORMATION</w:t>
      </w:r>
    </w:p>
    <w:p>
      <w:pPr>
        <w:spacing w:after="40" w:line="250" w:lineRule="auto"/>
      </w:pPr>
      <w:r>
        <w:rPr>
          <w:rFonts w:ascii="Aptos" w:hAnsi="Aptos"/>
          <w:b w:val="0"/>
          <w:color w:val="202939"/>
          <w:sz w:val="18"/>
        </w:rPr>
        <w:t>[Language — proficiency]  •  [Relevant additional information]</w:t>
      </w:r>
    </w:p>
    <w:sectPr w:rsidR="00FC693F" w:rsidRPr="0006063C" w:rsidSect="00034616">
      <w:footerReference w:type="default" r:id="rId9"/>
      <w:pgSz w:w="12240" w:h="15840"/>
      <w:pgMar w:top="691" w:right="835" w:bottom="691" w:left="835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828892"/>
        <w:sz w:val="14"/>
      </w:rPr>
      <w:t>TECH THRILLER · EDITABLE CV TEMPLATE  |  Replace all bracketed guidance with accurate information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color w:val="28303C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Teacher / Education CV Template</dc:title>
  <dc:subject>Editable professional CV template</dc:subject>
  <dc:creator>Tech Thriller CV Studio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