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Aptos Display" w:hAnsi="Aptos Display"/>
          <w:b/>
          <w:color w:val="234B3B"/>
          <w:sz w:val="44"/>
        </w:rPr>
        <w:t>SAMPLE CANDIDATE</w:t>
      </w:r>
    </w:p>
    <w:p>
      <w:pPr>
        <w:spacing w:after="80"/>
      </w:pPr>
      <w:r>
        <w:rPr>
          <w:b/>
          <w:color w:val="234B3B"/>
          <w:sz w:val="20"/>
        </w:rPr>
        <w:t>UNITED STATES RESUME FOR EMPLOYER-SPONSORED ROLES</w:t>
      </w:r>
    </w:p>
    <w:p>
      <w:pPr>
        <w:spacing w:after="120"/>
      </w:pPr>
      <w:r>
        <w:t>sample.candidate@example.com  |  +00 000 000 0000  |  City, Country  |  LinkedIn: linkedin.com/in/sample-candidate</w:t>
      </w:r>
    </w:p>
    <w:p>
      <w:pPr>
        <w:spacing w:before="100" w:after="40"/>
        <w:pBdr>
          <w:bottom w:val="single" w:sz="6" w:space="2" w:color="234B3B"/>
        </w:pBdr>
      </w:pPr>
      <w:r>
        <w:rPr>
          <w:b/>
          <w:color w:val="234B3B"/>
          <w:sz w:val="20"/>
        </w:rPr>
        <w:t>PROFESSIONAL PROFILE</w:t>
      </w:r>
    </w:p>
    <w:p>
      <w:pPr>
        <w:keepLines/>
      </w:pPr>
      <w:r>
        <w:t>Adaptable professional applying for a suitable opportunity in the target market. Brings strengths in communication, planning, problem-solving and dependable delivery. Replace this summary with two or three specific sentences that match the vacancy and accurately reflect your own background.</w:t>
      </w:r>
    </w:p>
    <w:p>
      <w:pPr>
        <w:spacing w:before="100" w:after="40"/>
        <w:pBdr>
          <w:bottom w:val="single" w:sz="6" w:space="2" w:color="234B3B"/>
        </w:pBdr>
      </w:pPr>
      <w:r>
        <w:rPr>
          <w:b/>
          <w:color w:val="234B3B"/>
          <w:sz w:val="20"/>
        </w:rPr>
        <w:t>KEY SKILLS</w:t>
      </w:r>
    </w:p>
    <w:p>
      <w:pPr>
        <w:keepLines/>
      </w:pPr>
      <w:r>
        <w:t>Role-relevant technical skills • Communication • Team collaboration • Time management • Documentation • Problem-solving • Digital tools (list only tools you can use confidently)</w:t>
      </w:r>
    </w:p>
    <w:p>
      <w:pPr>
        <w:spacing w:before="100" w:after="40"/>
        <w:pBdr>
          <w:bottom w:val="single" w:sz="6" w:space="2" w:color="234B3B"/>
        </w:pBdr>
      </w:pPr>
      <w:r>
        <w:rPr>
          <w:b/>
          <w:color w:val="234B3B"/>
          <w:sz w:val="20"/>
        </w:rPr>
        <w:t>PROFESSIONAL EXPERIENCE</w:t>
      </w:r>
    </w:p>
    <w:p>
      <w:pPr>
        <w:spacing w:after="20"/>
      </w:pPr>
      <w:r>
        <w:rPr>
          <w:b/>
        </w:rPr>
        <w:t>Relevant Job Title | Example Employer</w:t>
      </w:r>
    </w:p>
    <w:p>
      <w:pPr>
        <w:spacing w:after="40"/>
      </w:pPr>
      <w:r>
        <w:rPr>
          <w:i/>
        </w:rPr>
        <w:t>Month Year – Month Year | City / Remote</w:t>
      </w:r>
    </w:p>
    <w:p>
      <w:pPr>
        <w:pStyle w:val="ListBullet"/>
        <w:spacing w:after="20"/>
        <w:ind w:left="259" w:hanging="173"/>
      </w:pPr>
      <w:r>
        <w:t>Describe a responsibility that directly relates to the advertised role and the tools or methods you actually used.</w:t>
      </w:r>
    </w:p>
    <w:p>
      <w:pPr>
        <w:pStyle w:val="ListBullet"/>
        <w:spacing w:after="20"/>
        <w:ind w:left="259" w:hanging="173"/>
      </w:pPr>
      <w:r>
        <w:t>Add a genuine achievement with a result or metric only when you can verify it.</w:t>
      </w:r>
    </w:p>
    <w:p>
      <w:pPr>
        <w:pStyle w:val="ListBullet"/>
        <w:spacing w:after="20"/>
        <w:ind w:left="259" w:hanging="173"/>
      </w:pPr>
      <w:r>
        <w:t>Show collaboration, reliability, quality, safety or customer outcomes relevant to the employer.</w:t>
      </w:r>
    </w:p>
    <w:p>
      <w:pPr>
        <w:spacing w:before="100" w:after="40"/>
        <w:pBdr>
          <w:bottom w:val="single" w:sz="6" w:space="2" w:color="234B3B"/>
        </w:pBdr>
      </w:pPr>
      <w:r>
        <w:rPr>
          <w:b/>
          <w:color w:val="234B3B"/>
          <w:sz w:val="20"/>
        </w:rPr>
        <w:t>EDUCATION &amp; TRAINING</w:t>
      </w:r>
    </w:p>
    <w:p>
      <w:pPr>
        <w:keepLines/>
      </w:pPr>
      <w:r>
        <w:t>Qualification / Course | Institution — Year (replace with your actual qualification and dates)</w:t>
      </w:r>
    </w:p>
    <w:p>
      <w:pPr>
        <w:spacing w:before="100" w:after="40"/>
        <w:pBdr>
          <w:bottom w:val="single" w:sz="6" w:space="2" w:color="234B3B"/>
        </w:pBdr>
      </w:pPr>
      <w:r>
        <w:rPr>
          <w:b/>
          <w:color w:val="234B3B"/>
          <w:sz w:val="20"/>
        </w:rPr>
        <w:t>LANGUAGES &amp; ADDITIONAL INFORMATION</w:t>
      </w:r>
    </w:p>
    <w:p>
      <w:pPr>
        <w:keepLines/>
      </w:pPr>
      <w:r>
        <w:t>Languages: add your actual languages and proficiency level. Professional certificates: list only earned certificates. Portfolio: add a working link if relevant.</w:t>
      </w:r>
    </w:p>
    <w:p>
      <w:pPr>
        <w:spacing w:before="100" w:after="40"/>
        <w:pBdr>
          <w:bottom w:val="single" w:sz="6" w:space="2" w:color="234B3B"/>
        </w:pBdr>
      </w:pPr>
      <w:r>
        <w:rPr>
          <w:b/>
          <w:color w:val="234B3B"/>
          <w:sz w:val="20"/>
        </w:rPr>
        <w:t>WORK AUTHORISATION &amp; MOBILITY — EDIT CAREFULLY</w:t>
      </w:r>
    </w:p>
    <w:p>
      <w:pPr>
        <w:keepLines/>
      </w:pPr>
      <w:r>
        <w:t>Current status: [state your real work-authorisation status]. Sponsorship: [if you require employer sponsorship, say so clearly when relevant]. Relocation: [city/country and realistic availability]. Do not state that a visa, permit or sponsorship is approved unless it has actually been granted.</w:t>
      </w:r>
    </w:p>
    <w:p>
      <w:pPr>
        <w:spacing w:before="100" w:after="40"/>
        <w:pBdr>
          <w:bottom w:val="single" w:sz="6" w:space="2" w:color="234B3B"/>
        </w:pBdr>
      </w:pPr>
      <w:r>
        <w:rPr>
          <w:b/>
          <w:color w:val="234B3B"/>
          <w:sz w:val="20"/>
        </w:rPr>
        <w:t>REFERENCES</w:t>
      </w:r>
    </w:p>
    <w:p>
      <w:pPr>
        <w:keepLines/>
      </w:pPr>
      <w:r>
        <w:t>Available on request, or add referees only with their permission and when the employer requests them.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07A"/>
        <w:sz w:val="14"/>
      </w:rPr>
      <w:t>EDITABLE SAMPLE TEMPLATE • Replace all example content with accurate personal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F374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States Resume for Employer-Sponsored Roles</dc:title>
  <dc:subject>Editable country-focused sample CV; check local requirements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